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C82B3" w14:textId="05FF15AF" w:rsidR="00526801" w:rsidRDefault="00000000">
      <w:r w:rsidRPr="00906E26">
        <w:rPr>
          <w:color w:val="4F81BD" w:themeColor="accent1"/>
          <w:sz w:val="44"/>
          <w:szCs w:val="44"/>
        </w:rPr>
        <w:t>Terms and Conditions for Using SchoolMate+ School Management System</w:t>
      </w:r>
      <w:r w:rsidRPr="00906E26">
        <w:rPr>
          <w:color w:val="4F81BD" w:themeColor="accent1"/>
          <w:sz w:val="44"/>
          <w:szCs w:val="44"/>
        </w:rPr>
        <w:br/>
      </w:r>
      <w:r>
        <w:br/>
      </w:r>
      <w:r w:rsidRPr="00906E26">
        <w:rPr>
          <w:color w:val="4F81BD" w:themeColor="accent1"/>
          <w:sz w:val="28"/>
          <w:szCs w:val="28"/>
        </w:rPr>
        <w:t>Introduction</w:t>
      </w:r>
      <w:r>
        <w:br/>
        <w:t>Welcome to SchoolMate+, a school management system provided by Plunkor Systems and IT Consultancy ("PlunkorSyS", "we", "our", or "us"), located at Tubman Boulevard, Monrovia, Liberia. These Terms and Conditions ("Terms") govern the use of SchoolMate+ by subscribing schools ("Subscriber", "you", or "your"). By accessing or using SchoolMate+, you agree to comply with and be bound by these Terms. If you do not agree to these Terms, you may not access or use SchoolMate+.</w:t>
      </w:r>
      <w:r>
        <w:br/>
      </w:r>
      <w:r>
        <w:br/>
      </w:r>
      <w:r w:rsidRPr="00906E26">
        <w:rPr>
          <w:color w:val="4F81BD" w:themeColor="accent1"/>
          <w:sz w:val="28"/>
          <w:szCs w:val="28"/>
        </w:rPr>
        <w:t>1. Subscription and Account</w:t>
      </w:r>
      <w:r w:rsidRPr="00906E26">
        <w:rPr>
          <w:color w:val="4F81BD" w:themeColor="accent1"/>
          <w:sz w:val="28"/>
          <w:szCs w:val="28"/>
        </w:rPr>
        <w:br/>
      </w:r>
      <w:r>
        <w:t>1.1 Eligibility: Only educational institutions that have subscribed to SchoolMate+ may use the Service.</w:t>
      </w:r>
      <w:r>
        <w:br/>
        <w:t>1.2 Account Registration: To use SchoolMate+, you must create an account. You agree to provide accurate, current, and complete information during registration and to keep it updated. You are responsible for safeguarding your account credentials and all activities that occur under your account.</w:t>
      </w:r>
      <w:r>
        <w:br/>
        <w:t>1.3 Subscription Plans: SchoolMate+ offers various subscription plans, with features and pricing detailed on our website. By selecting a subscription plan, you agree to pay the applicable fees.</w:t>
      </w:r>
      <w:r>
        <w:br/>
        <w:t>1.4 Payment and Refunds: Subscription fees are billed annually. You agree to pay all fees as stated at the time of subscription. Fees are non-refundable except as required by law or in cases of service termination due to system fault or failure on PlunkorSyS’s part.</w:t>
      </w:r>
      <w:r>
        <w:br/>
      </w:r>
      <w:r>
        <w:br/>
      </w:r>
      <w:r w:rsidRPr="00906E26">
        <w:rPr>
          <w:color w:val="4F81BD" w:themeColor="accent1"/>
          <w:sz w:val="28"/>
          <w:szCs w:val="28"/>
        </w:rPr>
        <w:t>2. Use of SchoolMate+</w:t>
      </w:r>
      <w:r w:rsidRPr="00906E26">
        <w:rPr>
          <w:color w:val="4F81BD" w:themeColor="accent1"/>
          <w:sz w:val="28"/>
          <w:szCs w:val="28"/>
        </w:rPr>
        <w:br/>
      </w:r>
      <w:r>
        <w:t>2.1 License: Subject to your compliance with these Terms, PlunkorSyS grants you a limited, non-exclusive, non-transferable license to use SchoolMate+ for your school’s internal administrative and academic purposes.</w:t>
      </w:r>
      <w:r>
        <w:br/>
        <w:t>2.2 User Conduct: You agree not to:</w:t>
      </w:r>
      <w:r>
        <w:br/>
        <w:t>• Use SchoolMate+ for unlawful purposes or in violation of applicable laws.</w:t>
      </w:r>
      <w:r>
        <w:br/>
        <w:t>• Impersonate others or misrepresent your affiliation.</w:t>
      </w:r>
      <w:r>
        <w:br/>
        <w:t>• Interfere with or disrupt the Service or related networks.</w:t>
      </w:r>
      <w:r>
        <w:br/>
        <w:t>• Upload or share content that infringes on third-party rights.</w:t>
      </w:r>
      <w:r>
        <w:br/>
        <w:t>2.3 Content Ownership: You retain ownership of all content uploaded to or generated through SchoolMate+. PlunkorSyS shall not claim ownership over school data.</w:t>
      </w:r>
      <w:r>
        <w:br/>
        <w:t>2.4 Data Usage: PlunkorSyS may use anonymized or aggregated data to improve the system and for statistical analysis but will never sell, trade, or share identifiable data with third parties without your written consent, except as required by law.</w:t>
      </w:r>
      <w:r>
        <w:br/>
      </w:r>
      <w:r>
        <w:br/>
      </w:r>
      <w:r w:rsidRPr="00906E26">
        <w:rPr>
          <w:color w:val="4F81BD" w:themeColor="accent1"/>
          <w:sz w:val="28"/>
          <w:szCs w:val="28"/>
        </w:rPr>
        <w:lastRenderedPageBreak/>
        <w:t>3. Privacy and Data Protection</w:t>
      </w:r>
      <w:r w:rsidRPr="00906E26">
        <w:rPr>
          <w:color w:val="4F81BD" w:themeColor="accent1"/>
          <w:sz w:val="28"/>
          <w:szCs w:val="28"/>
        </w:rPr>
        <w:br/>
      </w:r>
      <w:r>
        <w:t>3.1 Privacy: Your privacy is important to us. Our Privacy Policy outlines how we collect, use, and protect your data. By using SchoolMate+, you consent to the handling of your information in accordance with that Policy.</w:t>
      </w:r>
      <w:r>
        <w:br/>
        <w:t xml:space="preserve">3.2 Data Security: </w:t>
      </w:r>
      <w:r w:rsidR="00D66589">
        <w:tab/>
      </w:r>
      <w:r>
        <w:br/>
        <w:t>3.3 Data Breach Response: In the event of a breach, PlunkorSyS will promptly investigate, notify affected parties, and take corrective measures consistent with Liberian data protection laws.</w:t>
      </w:r>
      <w:r>
        <w:br/>
      </w:r>
      <w:r>
        <w:br/>
      </w:r>
      <w:r w:rsidRPr="00906E26">
        <w:rPr>
          <w:color w:val="4F81BD" w:themeColor="accent1"/>
          <w:sz w:val="28"/>
          <w:szCs w:val="28"/>
        </w:rPr>
        <w:t>4. Intellectual Property</w:t>
      </w:r>
      <w:r w:rsidRPr="00906E26">
        <w:rPr>
          <w:color w:val="4F81BD" w:themeColor="accent1"/>
          <w:sz w:val="28"/>
          <w:szCs w:val="28"/>
        </w:rPr>
        <w:br/>
      </w:r>
      <w:r>
        <w:t>4.1 Ownership: PlunkorSyS retains ownership of SchoolMate+ software, branding, and all intellectual property rights related thereto.</w:t>
      </w:r>
      <w:r>
        <w:br/>
        <w:t>4.2 Trademarks: The names, logos, and product marks of PlunkorSyS are proprietary. Use of these marks without written permission is prohibited.</w:t>
      </w:r>
      <w:r>
        <w:br/>
      </w:r>
      <w:r>
        <w:br/>
      </w:r>
      <w:r w:rsidRPr="00906E26">
        <w:rPr>
          <w:color w:val="4F81BD" w:themeColor="accent1"/>
          <w:sz w:val="28"/>
          <w:szCs w:val="28"/>
        </w:rPr>
        <w:t>5. Disclaimers and Limitation of Liability</w:t>
      </w:r>
      <w:r w:rsidRPr="00906E26">
        <w:rPr>
          <w:color w:val="4F81BD" w:themeColor="accent1"/>
          <w:sz w:val="28"/>
          <w:szCs w:val="28"/>
        </w:rPr>
        <w:br/>
      </w:r>
      <w:r>
        <w:t>5.1 No Warranty: SchoolMate+ is provided “as is.” PlunkorSyS disclaims all implied warranties, including merchantability or fitness for a specific purpose.</w:t>
      </w:r>
      <w:r>
        <w:br/>
        <w:t>5.2 Limitation of Liability: To the fullest extent allowed by law, PlunkorSyS shall not be liable for indirect, incidental, or consequential damages. In any case, total liability shall not exceed the amount paid for the service in the twelve (12) months preceding the claim.</w:t>
      </w:r>
      <w:r>
        <w:br/>
      </w:r>
      <w:r>
        <w:br/>
      </w:r>
      <w:r w:rsidRPr="00906E26">
        <w:rPr>
          <w:color w:val="4F81BD" w:themeColor="accent1"/>
          <w:sz w:val="28"/>
          <w:szCs w:val="28"/>
        </w:rPr>
        <w:t>6. Indemnification</w:t>
      </w:r>
      <w:r w:rsidRPr="00906E26">
        <w:rPr>
          <w:color w:val="4F81BD" w:themeColor="accent1"/>
          <w:sz w:val="28"/>
          <w:szCs w:val="28"/>
        </w:rPr>
        <w:br/>
      </w:r>
      <w:r>
        <w:t>You agree to indemnify and hold harmless PlunkorSyS, its officers, and affiliates from any claim or loss arising from your misuse of the platform or violation of these Terms.</w:t>
      </w:r>
      <w:r>
        <w:br/>
      </w:r>
      <w:r>
        <w:br/>
      </w:r>
      <w:r w:rsidRPr="00906E26">
        <w:rPr>
          <w:color w:val="4F81BD" w:themeColor="accent1"/>
          <w:sz w:val="28"/>
          <w:szCs w:val="28"/>
        </w:rPr>
        <w:t>7. Termination</w:t>
      </w:r>
      <w:r w:rsidRPr="00906E26">
        <w:rPr>
          <w:color w:val="4F81BD" w:themeColor="accent1"/>
          <w:sz w:val="28"/>
          <w:szCs w:val="28"/>
        </w:rPr>
        <w:br/>
      </w:r>
      <w:r>
        <w:t>7.1 Termination by PlunkorSyS: PlunkorSyS may suspend or terminate access in cases of breach of these Terms, misuse, or illegal activity, with reasonable prior notice when feasible.</w:t>
      </w:r>
      <w:r>
        <w:br/>
        <w:t>7.2 Termination by Subscriber: You may cancel your account by contacting support@plunkorsys.com. Upon termination, you may request a copy or deletion of your data from our servers. Refunds will be considered only if service issues originated from our end.</w:t>
      </w:r>
      <w:r>
        <w:br/>
        <w:t>7.3 Effect of Termination: Sections 2.3, 4, 5, 6, and 8 shall survive termination.</w:t>
      </w:r>
      <w:r>
        <w:br/>
      </w:r>
      <w:r>
        <w:br/>
      </w:r>
      <w:r w:rsidRPr="00906E26">
        <w:rPr>
          <w:color w:val="4F81BD" w:themeColor="accent1"/>
          <w:sz w:val="28"/>
          <w:szCs w:val="28"/>
        </w:rPr>
        <w:t>8. Governing Law</w:t>
      </w:r>
      <w:r w:rsidRPr="00906E26">
        <w:rPr>
          <w:color w:val="4F81BD" w:themeColor="accent1"/>
          <w:sz w:val="28"/>
          <w:szCs w:val="28"/>
        </w:rPr>
        <w:br/>
      </w:r>
      <w:r>
        <w:t>These Terms are governed by and construed under the laws of the Republic of Liberia.</w:t>
      </w:r>
      <w:r>
        <w:br/>
      </w:r>
      <w:r>
        <w:br/>
      </w:r>
      <w:r w:rsidRPr="00906E26">
        <w:rPr>
          <w:color w:val="4F81BD" w:themeColor="accent1"/>
          <w:sz w:val="28"/>
          <w:szCs w:val="28"/>
        </w:rPr>
        <w:t>9. Changes to Terms</w:t>
      </w:r>
      <w:r w:rsidRPr="00906E26">
        <w:rPr>
          <w:color w:val="4F81BD" w:themeColor="accent1"/>
          <w:sz w:val="28"/>
          <w:szCs w:val="28"/>
        </w:rPr>
        <w:br/>
      </w:r>
      <w:r>
        <w:t xml:space="preserve">PlunkorSyS reserves the right to amend these Terms with prior notice to subscribers. </w:t>
      </w:r>
      <w:r>
        <w:lastRenderedPageBreak/>
        <w:t>Continued use after modification constitutes acceptance of the updated Terms.</w:t>
      </w:r>
      <w:r>
        <w:br/>
      </w:r>
      <w:r>
        <w:br/>
      </w:r>
      <w:r w:rsidRPr="00906E26">
        <w:rPr>
          <w:color w:val="4F81BD" w:themeColor="accent1"/>
          <w:sz w:val="28"/>
          <w:szCs w:val="28"/>
        </w:rPr>
        <w:t>10. Contact Information</w:t>
      </w:r>
      <w:r w:rsidRPr="00906E26">
        <w:rPr>
          <w:color w:val="4F81BD" w:themeColor="accent1"/>
          <w:sz w:val="28"/>
          <w:szCs w:val="28"/>
        </w:rPr>
        <w:br/>
      </w:r>
      <w:r>
        <w:t>For inquiries or support, contact us at:</w:t>
      </w:r>
      <w:r w:rsidR="00906E26">
        <w:t xml:space="preserve"> </w:t>
      </w:r>
      <w:r w:rsidR="00906E26" w:rsidRPr="00906E26">
        <w:t>0777771514/0886465810</w:t>
      </w:r>
      <w:r>
        <w:br/>
      </w:r>
      <w:r w:rsidR="00906E26" w:rsidRPr="00906E26">
        <w:t>Address: 1308-A, New Georgia Township</w:t>
      </w:r>
      <w:r>
        <w:br/>
        <w:t>Email: support@plunkorsys.com</w:t>
      </w:r>
      <w:r>
        <w:br/>
      </w:r>
    </w:p>
    <w:sectPr w:rsidR="0052680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99642289">
    <w:abstractNumId w:val="8"/>
  </w:num>
  <w:num w:numId="2" w16cid:durableId="1941597608">
    <w:abstractNumId w:val="6"/>
  </w:num>
  <w:num w:numId="3" w16cid:durableId="1207450282">
    <w:abstractNumId w:val="5"/>
  </w:num>
  <w:num w:numId="4" w16cid:durableId="1631856248">
    <w:abstractNumId w:val="4"/>
  </w:num>
  <w:num w:numId="5" w16cid:durableId="628436159">
    <w:abstractNumId w:val="7"/>
  </w:num>
  <w:num w:numId="6" w16cid:durableId="20060806">
    <w:abstractNumId w:val="3"/>
  </w:num>
  <w:num w:numId="7" w16cid:durableId="1557470146">
    <w:abstractNumId w:val="2"/>
  </w:num>
  <w:num w:numId="8" w16cid:durableId="1043138202">
    <w:abstractNumId w:val="1"/>
  </w:num>
  <w:num w:numId="9" w16cid:durableId="85228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26801"/>
    <w:rsid w:val="00542C6D"/>
    <w:rsid w:val="00906E26"/>
    <w:rsid w:val="009366F9"/>
    <w:rsid w:val="00AA1D8D"/>
    <w:rsid w:val="00B47730"/>
    <w:rsid w:val="00BA59AE"/>
    <w:rsid w:val="00CB0664"/>
    <w:rsid w:val="00D66589"/>
    <w:rsid w:val="00EC1F33"/>
    <w:rsid w:val="00EE594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412B51"/>
  <w14:defaultImageDpi w14:val="300"/>
  <w15:docId w15:val="{4EB99621-4E20-6041-8A4E-32C1EDF0F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716</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Molay Sando</cp:lastModifiedBy>
  <cp:revision>3</cp:revision>
  <dcterms:created xsi:type="dcterms:W3CDTF">2025-10-31T06:28:00Z</dcterms:created>
  <dcterms:modified xsi:type="dcterms:W3CDTF">2025-10-31T06:43:00Z</dcterms:modified>
  <cp:category/>
</cp:coreProperties>
</file>